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drawing>
          <wp:inline xmlns:a="http://schemas.openxmlformats.org/drawingml/2006/main" xmlns:pic="http://schemas.openxmlformats.org/drawingml/2006/picture">
            <wp:extent cx="438912" cy="526694"/>
            <wp:docPr id="1" name="Picture 1"/>
            <wp:cNvGraphicFramePr>
              <a:graphicFrameLocks noChangeAspect="1"/>
            </wp:cNvGraphicFramePr>
            <a:graphic>
              <a:graphicData uri="http://schemas.openxmlformats.org/drawingml/2006/picture">
                <pic:pic>
                  <pic:nvPicPr>
                    <pic:cNvPr id="0" name="club_badge.png"/>
                    <pic:cNvPicPr/>
                  </pic:nvPicPr>
                  <pic:blipFill>
                    <a:blip r:embed="rId11"/>
                    <a:stretch>
                      <a:fillRect/>
                    </a:stretch>
                  </pic:blipFill>
                  <pic:spPr>
                    <a:xfrm>
                      <a:off x="0" y="0"/>
                      <a:ext cx="438912" cy="526694"/>
                    </a:xfrm>
                    <a:prstGeom prst="rect"/>
                  </pic:spPr>
                </pic:pic>
              </a:graphicData>
            </a:graphic>
          </wp:inline>
        </w:drawing>
      </w:r>
    </w:p>
    <w:p>
      <w:pPr>
        <w:spacing w:after="0"/>
        <w:jc w:val="center"/>
      </w:pPr>
      <w:r>
        <w:rPr>
          <w:rFonts w:ascii="Garamond" w:hAnsi="Garamond"/>
          <w:b/>
          <w:color w:val="174D3A"/>
          <w:sz w:val="36"/>
        </w:rPr>
        <w:t>THE ST EUSTACE CLUB</w:t>
      </w:r>
    </w:p>
    <w:p>
      <w:pPr>
        <w:spacing w:after="20"/>
        <w:jc w:val="center"/>
      </w:pPr>
      <w:r>
        <w:rPr>
          <w:rFonts w:ascii="Garamond" w:hAnsi="Garamond"/>
          <w:color w:val="5C655F"/>
          <w:sz w:val="16"/>
        </w:rPr>
        <w:t>KIRKCUDBRIGHTSHIRE</w:t>
      </w:r>
    </w:p>
    <w:p>
      <w:pPr>
        <w:spacing w:before="60" w:after="20"/>
        <w:jc w:val="center"/>
      </w:pPr>
      <w:r>
        <w:rPr>
          <w:rFonts w:ascii="Garamond" w:hAnsi="Garamond"/>
          <w:b/>
          <w:color w:val="174D3A"/>
          <w:sz w:val="44"/>
        </w:rPr>
        <w:t>Application for Membership</w:t>
      </w:r>
    </w:p>
    <w:p>
      <w:pPr>
        <w:spacing w:after="140"/>
        <w:jc w:val="center"/>
      </w:pPr>
      <w:r>
        <w:rPr>
          <w:i/>
          <w:color w:val="5C655F"/>
          <w:sz w:val="18"/>
        </w:rPr>
        <w:t>To be completed by the Candidate</w:t>
      </w:r>
    </w:p>
    <w:tbl>
      <w:tblPr>
        <w:tblW w:type="auto" w:w="0"/>
        <w:jc w:val="center"/>
        <w:tblLook w:firstColumn="1" w:firstRow="1" w:lastColumn="0" w:lastRow="0" w:noHBand="0" w:noVBand="1" w:val="04A0"/>
        <w:tblBorders>
          <w:top w:val="single" w:sz="8" w:color="174D3A"/>
          <w:left w:val="single" w:sz="8" w:color="174D3A"/>
          <w:bottom w:val="single" w:sz="8" w:color="174D3A"/>
          <w:right w:val="single" w:sz="8" w:color="174D3A"/>
          <w:insideH w:val="single" w:sz="8" w:color="174D3A"/>
          <w:insideV w:val="single" w:sz="8" w:color="174D3A"/>
        </w:tblBorders>
      </w:tblPr>
      <w:tblGrid>
        <w:gridCol w:w="10282"/>
      </w:tblGrid>
      <w:tr>
        <w:tc>
          <w:tcPr>
            <w:tcW w:type="dxa" w:w="10282"/>
            <w:shd w:fill="EAF0EB"/>
            <w:tcMar>
              <w:top w:w="100" w:type="dxa"/>
              <w:start w:w="150" w:type="dxa"/>
              <w:bottom w:w="100" w:type="dxa"/>
              <w:end w:w="150" w:type="dxa"/>
            </w:tcMar>
          </w:tcPr>
          <w:p>
            <w:pPr>
              <w:spacing w:after="0" w:before="0"/>
            </w:pPr>
            <w:r/>
            <w:r>
              <w:rPr>
                <w:rFonts w:ascii="Garamond" w:hAnsi="Garamond"/>
                <w:b w:val="0"/>
                <w:color w:val="202821"/>
                <w:sz w:val="18"/>
              </w:rPr>
              <w:t>To the Secretary, The St Eustace Club, Buittle Castle, Kirkcudbrightshire, DG7 1PA</w:t>
              <w:br/>
              <w:t>Please complete in ink or electronically. The Club is a proprietary club. Election is personal and confers no share in ownership or management. Applications are considered confidentially; submission does not assure election.</w:t>
            </w:r>
          </w:p>
        </w:tc>
      </w:tr>
    </w:tbl>
    <w:p>
      <w:pPr>
        <w:keepNext/>
        <w:spacing w:before="80" w:after="60"/>
        <w:pBdr>
          <w:bottom w:val="single" w:sz="6" w:space="2" w:color="174D3A"/>
        </w:pBdr>
      </w:pPr>
      <w:r>
        <w:rPr>
          <w:rFonts w:ascii="Garamond" w:hAnsi="Garamond"/>
          <w:b/>
          <w:color w:val="174D3A"/>
          <w:sz w:val="22"/>
        </w:rPr>
        <w:t>MEMBERSHIP SOUGHT</w:t>
      </w:r>
    </w:p>
    <w:p>
      <w:pPr>
        <w:spacing w:after="60"/>
      </w:pPr>
      <w:r>
        <w:rPr>
          <w:i/>
          <w:sz w:val="18"/>
        </w:rPr>
        <w:t>Please mark one class. The current tariff, and any class-specific terms, will be supplied separately.</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744"/>
        <w:gridCol w:w="5904"/>
      </w:tblGrid>
      <w:tr>
        <w:tc>
          <w:tcPr>
            <w:tcW w:type="dxa" w:w="3744"/>
            <w:tcMar>
              <w:top w:w="12" w:type="dxa"/>
              <w:start w:w="45" w:type="dxa"/>
              <w:bottom w:w="12" w:type="dxa"/>
              <w:end w:w="45" w:type="dxa"/>
            </w:tcMar>
          </w:tcPr>
          <w:p>
            <w:pPr>
              <w:spacing w:after="0" w:before="0"/>
            </w:pPr>
            <w:r/>
            <w:r>
              <w:rPr>
                <w:rFonts w:ascii="Garamond" w:hAnsi="Garamond"/>
                <w:b/>
                <w:color w:val="174D3A"/>
                <w:sz w:val="16"/>
              </w:rPr>
              <w:t>☐  Stewartry Member</w:t>
            </w:r>
          </w:p>
        </w:tc>
        <w:tc>
          <w:tcPr>
            <w:tcW w:type="dxa" w:w="5904"/>
            <w:tcMar>
              <w:top w:w="12" w:type="dxa"/>
              <w:start w:w="45" w:type="dxa"/>
              <w:bottom w:w="12" w:type="dxa"/>
              <w:end w:w="45" w:type="dxa"/>
            </w:tcMar>
          </w:tcPr>
          <w:p>
            <w:pPr>
              <w:spacing w:after="0" w:before="0"/>
            </w:pPr>
            <w:r/>
            <w:r>
              <w:rPr>
                <w:rFonts w:ascii="Garamond" w:hAnsi="Garamond"/>
                <w:b w:val="0"/>
                <w:color w:val="5C655F"/>
                <w:sz w:val="16"/>
              </w:rPr>
              <w:t>Resident in DG1–DG7; admission limited.</w:t>
            </w:r>
          </w:p>
        </w:tc>
      </w:tr>
      <w:tr>
        <w:tc>
          <w:tcPr>
            <w:tcW w:type="dxa" w:w="3744"/>
            <w:tcMar>
              <w:top w:w="12" w:type="dxa"/>
              <w:start w:w="45" w:type="dxa"/>
              <w:bottom w:w="12" w:type="dxa"/>
              <w:end w:w="45" w:type="dxa"/>
            </w:tcMar>
          </w:tcPr>
          <w:p>
            <w:pPr>
              <w:spacing w:after="0" w:before="0"/>
            </w:pPr>
            <w:r/>
            <w:r>
              <w:rPr>
                <w:rFonts w:ascii="Garamond" w:hAnsi="Garamond"/>
                <w:b/>
                <w:color w:val="174D3A"/>
                <w:sz w:val="16"/>
              </w:rPr>
              <w:t>☐  Outwith Member</w:t>
            </w:r>
          </w:p>
        </w:tc>
        <w:tc>
          <w:tcPr>
            <w:tcW w:type="dxa" w:w="5904"/>
            <w:tcMar>
              <w:top w:w="12" w:type="dxa"/>
              <w:start w:w="45" w:type="dxa"/>
              <w:bottom w:w="12" w:type="dxa"/>
              <w:end w:w="45" w:type="dxa"/>
            </w:tcMar>
          </w:tcPr>
          <w:p>
            <w:pPr>
              <w:spacing w:after="0" w:before="0"/>
            </w:pPr>
            <w:r/>
            <w:r>
              <w:rPr>
                <w:rFonts w:ascii="Garamond" w:hAnsi="Garamond"/>
                <w:b w:val="0"/>
                <w:color w:val="5C655F"/>
                <w:sz w:val="16"/>
              </w:rPr>
              <w:t>Resident outside DG1–DG7.</w:t>
            </w:r>
          </w:p>
        </w:tc>
      </w:tr>
      <w:tr>
        <w:tc>
          <w:tcPr>
            <w:tcW w:type="dxa" w:w="3744"/>
            <w:tcMar>
              <w:top w:w="12" w:type="dxa"/>
              <w:start w:w="45" w:type="dxa"/>
              <w:bottom w:w="12" w:type="dxa"/>
              <w:end w:w="45" w:type="dxa"/>
            </w:tcMar>
          </w:tcPr>
          <w:p>
            <w:pPr>
              <w:spacing w:after="0" w:before="0"/>
            </w:pPr>
            <w:r/>
            <w:r>
              <w:rPr>
                <w:rFonts w:ascii="Garamond" w:hAnsi="Garamond"/>
                <w:b/>
                <w:color w:val="174D3A"/>
                <w:sz w:val="16"/>
              </w:rPr>
              <w:t>☐  The Wise &amp; the Naïve</w:t>
            </w:r>
          </w:p>
        </w:tc>
        <w:tc>
          <w:tcPr>
            <w:tcW w:type="dxa" w:w="5904"/>
            <w:tcMar>
              <w:top w:w="12" w:type="dxa"/>
              <w:start w:w="45" w:type="dxa"/>
              <w:bottom w:w="12" w:type="dxa"/>
              <w:end w:w="45" w:type="dxa"/>
            </w:tcMar>
          </w:tcPr>
          <w:p>
            <w:pPr>
              <w:spacing w:after="0" w:before="0"/>
            </w:pPr>
            <w:r/>
            <w:r>
              <w:rPr>
                <w:rFonts w:ascii="Garamond" w:hAnsi="Garamond"/>
                <w:b w:val="0"/>
                <w:color w:val="5C655F"/>
                <w:sz w:val="16"/>
              </w:rPr>
              <w:t>Aged 18–30, or 70 years and over.</w:t>
            </w:r>
          </w:p>
        </w:tc>
      </w:tr>
      <w:tr>
        <w:tc>
          <w:tcPr>
            <w:tcW w:type="dxa" w:w="3744"/>
            <w:tcMar>
              <w:top w:w="12" w:type="dxa"/>
              <w:start w:w="45" w:type="dxa"/>
              <w:bottom w:w="12" w:type="dxa"/>
              <w:end w:w="45" w:type="dxa"/>
            </w:tcMar>
          </w:tcPr>
          <w:p>
            <w:pPr>
              <w:spacing w:after="0" w:before="0"/>
            </w:pPr>
            <w:r/>
            <w:r>
              <w:rPr>
                <w:rFonts w:ascii="Garamond" w:hAnsi="Garamond"/>
                <w:b/>
                <w:color w:val="174D3A"/>
                <w:sz w:val="16"/>
              </w:rPr>
              <w:t>☐  Field &amp; Cloth</w:t>
            </w:r>
          </w:p>
        </w:tc>
        <w:tc>
          <w:tcPr>
            <w:tcW w:type="dxa" w:w="5904"/>
            <w:tcMar>
              <w:top w:w="12" w:type="dxa"/>
              <w:start w:w="45" w:type="dxa"/>
              <w:bottom w:w="12" w:type="dxa"/>
              <w:end w:w="45" w:type="dxa"/>
            </w:tcMar>
          </w:tcPr>
          <w:p>
            <w:pPr>
              <w:spacing w:after="0" w:before="0"/>
            </w:pPr>
            <w:r/>
            <w:r>
              <w:rPr>
                <w:rFonts w:ascii="Garamond" w:hAnsi="Garamond"/>
                <w:b w:val="0"/>
                <w:color w:val="5C655F"/>
                <w:sz w:val="16"/>
              </w:rPr>
              <w:t>Please state qualifying calling, service, association or hunt below.</w:t>
            </w:r>
          </w:p>
        </w:tc>
      </w:tr>
      <w:tr>
        <w:tc>
          <w:tcPr>
            <w:tcW w:type="dxa" w:w="3744"/>
            <w:tcMar>
              <w:top w:w="12" w:type="dxa"/>
              <w:start w:w="45" w:type="dxa"/>
              <w:bottom w:w="12" w:type="dxa"/>
              <w:end w:w="45" w:type="dxa"/>
            </w:tcMar>
          </w:tcPr>
          <w:p>
            <w:pPr>
              <w:spacing w:after="0" w:before="0"/>
            </w:pPr>
            <w:r/>
            <w:r>
              <w:rPr>
                <w:rFonts w:ascii="Garamond" w:hAnsi="Garamond"/>
                <w:b/>
                <w:color w:val="174D3A"/>
                <w:sz w:val="16"/>
              </w:rPr>
              <w:t>☐  KCS Membership</w:t>
            </w:r>
          </w:p>
        </w:tc>
        <w:tc>
          <w:tcPr>
            <w:tcW w:type="dxa" w:w="5904"/>
            <w:tcMar>
              <w:top w:w="12" w:type="dxa"/>
              <w:start w:w="45" w:type="dxa"/>
              <w:bottom w:w="12" w:type="dxa"/>
              <w:end w:w="45" w:type="dxa"/>
            </w:tcMar>
          </w:tcPr>
          <w:p>
            <w:pPr>
              <w:spacing w:after="0" w:before="0"/>
            </w:pPr>
            <w:r/>
            <w:r>
              <w:rPr>
                <w:rFonts w:ascii="Garamond" w:hAnsi="Garamond"/>
                <w:b w:val="0"/>
                <w:color w:val="5C655F"/>
                <w:sz w:val="16"/>
              </w:rPr>
              <w:t>Former Kensington Club of St Andrews member who has left the University.</w:t>
            </w:r>
          </w:p>
        </w:tc>
      </w:tr>
      <w:tr>
        <w:tc>
          <w:tcPr>
            <w:tcW w:type="dxa" w:w="3744"/>
            <w:tcMar>
              <w:top w:w="12" w:type="dxa"/>
              <w:start w:w="45" w:type="dxa"/>
              <w:bottom w:w="12" w:type="dxa"/>
              <w:end w:w="45" w:type="dxa"/>
            </w:tcMar>
          </w:tcPr>
          <w:p>
            <w:pPr>
              <w:spacing w:after="0" w:before="0"/>
            </w:pPr>
            <w:r/>
            <w:r>
              <w:rPr>
                <w:rFonts w:ascii="Garamond" w:hAnsi="Garamond"/>
                <w:b/>
                <w:color w:val="174D3A"/>
                <w:sz w:val="16"/>
              </w:rPr>
              <w:t>☐  Life Member</w:t>
            </w:r>
          </w:p>
        </w:tc>
        <w:tc>
          <w:tcPr>
            <w:tcW w:type="dxa" w:w="5904"/>
            <w:tcMar>
              <w:top w:w="12" w:type="dxa"/>
              <w:start w:w="45" w:type="dxa"/>
              <w:bottom w:w="12" w:type="dxa"/>
              <w:end w:w="45" w:type="dxa"/>
            </w:tcMar>
          </w:tcPr>
          <w:p>
            <w:pPr>
              <w:spacing w:after="0" w:before="0"/>
            </w:pPr>
            <w:r/>
            <w:r>
              <w:rPr>
                <w:rFonts w:ascii="Garamond" w:hAnsi="Garamond"/>
                <w:b w:val="0"/>
                <w:color w:val="5C655F"/>
                <w:sz w:val="16"/>
              </w:rPr>
              <w:t>Under the current tariff.</w:t>
            </w:r>
          </w:p>
        </w:tc>
      </w:tr>
      <w:tr>
        <w:tc>
          <w:tcPr>
            <w:tcW w:type="dxa" w:w="3744"/>
            <w:tcMar>
              <w:top w:w="12" w:type="dxa"/>
              <w:start w:w="45" w:type="dxa"/>
              <w:bottom w:w="12" w:type="dxa"/>
              <w:end w:w="45" w:type="dxa"/>
            </w:tcMar>
          </w:tcPr>
          <w:p>
            <w:pPr>
              <w:spacing w:after="0" w:before="0"/>
            </w:pPr>
            <w:r/>
            <w:r>
              <w:rPr>
                <w:rFonts w:ascii="Garamond" w:hAnsi="Garamond"/>
                <w:b/>
                <w:color w:val="174D3A"/>
                <w:sz w:val="16"/>
              </w:rPr>
              <w:t>☐  Honorary Member</w:t>
            </w:r>
          </w:p>
        </w:tc>
        <w:tc>
          <w:tcPr>
            <w:tcW w:type="dxa" w:w="5904"/>
            <w:tcMar>
              <w:top w:w="12" w:type="dxa"/>
              <w:start w:w="45" w:type="dxa"/>
              <w:bottom w:w="12" w:type="dxa"/>
              <w:end w:w="45" w:type="dxa"/>
            </w:tcMar>
          </w:tcPr>
          <w:p>
            <w:pPr>
              <w:spacing w:after="0" w:before="0"/>
            </w:pPr>
            <w:r/>
            <w:r>
              <w:rPr>
                <w:rFonts w:ascii="Garamond" w:hAnsi="Garamond"/>
                <w:b w:val="0"/>
                <w:color w:val="5C655F"/>
                <w:sz w:val="16"/>
              </w:rPr>
              <w:t>By invitation of the Proprietor.</w:t>
            </w:r>
          </w:p>
        </w:tc>
      </w:tr>
    </w:tbl>
    <w:p>
      <w:pPr>
        <w:keepLines/>
        <w:spacing w:after="0"/>
      </w:pPr>
      <w:r>
        <w:rPr>
          <w:b/>
          <w:color w:val="174D3A"/>
          <w:sz w:val="16"/>
        </w:rPr>
        <w:t xml:space="preserve">AFFILIATION / BASIS FOR CLASS SOUGHT  </w:t>
      </w:r>
      <w:r>
        <w:rPr>
          <w:color w:val="5C655F"/>
          <w:sz w:val="18"/>
        </w:rPr>
        <w:t>________________________________________________________________________________________</w:t>
      </w:r>
    </w:p>
    <w:p>
      <w:pPr>
        <w:keepLines/>
        <w:spacing w:after="0"/>
      </w:pPr>
      <w:r>
        <w:rPr>
          <w:b/>
          <w:color w:val="174D3A"/>
          <w:sz w:val="16"/>
        </w:rPr>
        <w:t xml:space="preserve">ASSOCIATION / HUNT / INSTITUTION AND MEMBERSHIP DATES  </w:t>
      </w:r>
      <w:r>
        <w:rPr>
          <w:color w:val="5C655F"/>
          <w:sz w:val="18"/>
        </w:rPr>
        <w:t>________________________________________________________________________________________</w:t>
      </w:r>
    </w:p>
    <w:p>
      <w:pPr>
        <w:keepLines/>
        <w:spacing w:after="0"/>
      </w:pPr>
      <w:r>
        <w:rPr>
          <w:b/>
          <w:color w:val="174D3A"/>
          <w:sz w:val="16"/>
        </w:rPr>
        <w:t xml:space="preserve">IF KCS, YEAR JOINED AND YEAR LEFT THE UNIVERSITY  </w:t>
      </w:r>
      <w:r>
        <w:rPr>
          <w:color w:val="5C655F"/>
          <w:sz w:val="18"/>
        </w:rPr>
        <w:t>________________________________________________________________________________________</w:t>
      </w:r>
    </w:p>
    <w:p>
      <w:pPr>
        <w:spacing w:after="40"/>
      </w:pPr>
      <w:r>
        <w:rPr>
          <w:i/>
          <w:color w:val="5C655F"/>
          <w:sz w:val="16"/>
        </w:rPr>
        <w:t>Field &amp; Cloth examples in Schedule I include public service; clergy of Churches recognised as Endorsing Authorities; BASC or Countryside Alliance; established hunts; and such chivalric, sporting or kindred bodies as the Proprietor may designate.</w:t>
      </w:r>
    </w:p>
    <w:p>
      <w:pPr>
        <w:keepNext/>
        <w:spacing w:before="80" w:after="60"/>
        <w:pBdr>
          <w:bottom w:val="single" w:sz="6" w:space="2" w:color="174D3A"/>
        </w:pBdr>
      </w:pPr>
      <w:r>
        <w:rPr>
          <w:rFonts w:ascii="Garamond" w:hAnsi="Garamond"/>
          <w:b/>
          <w:color w:val="174D3A"/>
          <w:sz w:val="22"/>
        </w:rPr>
        <w:t>CANDIDATE PARTICULARS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824"/>
        <w:gridCol w:w="4824"/>
      </w:tblGrid>
      <w:tr>
        <w:tc>
          <w:tcPr>
            <w:tcW w:type="dxa" w:w="4824"/>
            <w:tcMar>
              <w:top w:w="20" w:type="dxa"/>
              <w:start w:w="40" w:type="dxa"/>
              <w:bottom w:w="20" w:type="dxa"/>
              <w:end w:w="80" w:type="dxa"/>
            </w:tcMar>
          </w:tcPr>
          <w:p>
            <w:pPr>
              <w:keepLines/>
              <w:spacing w:after="0"/>
            </w:pPr>
            <w:r>
              <w:rPr>
                <w:b/>
                <w:color w:val="174D3A"/>
                <w:sz w:val="15"/>
              </w:rPr>
              <w:t xml:space="preserve">SURNAME  </w:t>
            </w:r>
            <w:r>
              <w:rPr>
                <w:color w:val="5C655F"/>
                <w:sz w:val="18"/>
              </w:rPr>
              <w:t>________________________________</w:t>
            </w:r>
          </w:p>
        </w:tc>
        <w:tc>
          <w:tcPr>
            <w:tcW w:type="dxa" w:w="4824"/>
            <w:tcMar>
              <w:top w:w="20" w:type="dxa"/>
              <w:start w:w="40" w:type="dxa"/>
              <w:bottom w:w="20" w:type="dxa"/>
              <w:end w:w="80" w:type="dxa"/>
            </w:tcMar>
          </w:tcPr>
          <w:p>
            <w:pPr>
              <w:keepLines/>
              <w:spacing w:after="0"/>
            </w:pPr>
            <w:r>
              <w:rPr>
                <w:b/>
                <w:color w:val="174D3A"/>
                <w:sz w:val="15"/>
              </w:rPr>
              <w:t xml:space="preserve">FIRST NAME(S)  </w:t>
            </w:r>
            <w:r>
              <w:rPr>
                <w:color w:val="5C655F"/>
                <w:sz w:val="18"/>
              </w:rPr>
              <w:t>________________________________</w:t>
            </w:r>
          </w:p>
        </w:tc>
      </w:tr>
      <w:tr>
        <w:tc>
          <w:tcPr>
            <w:tcW w:type="dxa" w:w="4824"/>
            <w:tcMar>
              <w:top w:w="20" w:type="dxa"/>
              <w:start w:w="40" w:type="dxa"/>
              <w:bottom w:w="20" w:type="dxa"/>
              <w:end w:w="80" w:type="dxa"/>
            </w:tcMar>
          </w:tcPr>
          <w:p>
            <w:pPr>
              <w:keepLines/>
              <w:spacing w:after="0"/>
            </w:pPr>
            <w:r>
              <w:rPr>
                <w:b/>
                <w:color w:val="174D3A"/>
                <w:sz w:val="15"/>
              </w:rPr>
              <w:t xml:space="preserve">TITLE / STYLE, IF ANY  </w:t>
            </w:r>
            <w:r>
              <w:rPr>
                <w:color w:val="5C655F"/>
                <w:sz w:val="18"/>
              </w:rPr>
              <w:t>________________________________</w:t>
            </w:r>
          </w:p>
        </w:tc>
        <w:tc>
          <w:tcPr>
            <w:tcW w:type="dxa" w:w="4824"/>
            <w:tcMar>
              <w:top w:w="20" w:type="dxa"/>
              <w:start w:w="40" w:type="dxa"/>
              <w:bottom w:w="20" w:type="dxa"/>
              <w:end w:w="80" w:type="dxa"/>
            </w:tcMar>
          </w:tcPr>
          <w:p>
            <w:pPr>
              <w:keepLines/>
              <w:spacing w:after="0"/>
            </w:pPr>
            <w:r>
              <w:rPr>
                <w:b/>
                <w:color w:val="174D3A"/>
                <w:sz w:val="15"/>
              </w:rPr>
              <w:t xml:space="preserve">PREFERRED NAME  </w:t>
            </w:r>
            <w:r>
              <w:rPr>
                <w:color w:val="5C655F"/>
                <w:sz w:val="18"/>
              </w:rPr>
              <w:t>________________________________</w:t>
            </w:r>
          </w:p>
        </w:tc>
      </w:tr>
      <w:tr>
        <w:tc>
          <w:tcPr>
            <w:tcW w:type="dxa" w:w="4824"/>
            <w:tcMar>
              <w:top w:w="20" w:type="dxa"/>
              <w:start w:w="40" w:type="dxa"/>
              <w:bottom w:w="20" w:type="dxa"/>
              <w:end w:w="80" w:type="dxa"/>
            </w:tcMar>
          </w:tcPr>
          <w:p>
            <w:pPr>
              <w:keepLines/>
              <w:spacing w:after="0"/>
            </w:pPr>
            <w:r>
              <w:rPr>
                <w:b/>
                <w:color w:val="174D3A"/>
                <w:sz w:val="15"/>
              </w:rPr>
              <w:t xml:space="preserve">DATE OF BIRTH  </w:t>
            </w:r>
            <w:r>
              <w:rPr>
                <w:color w:val="5C655F"/>
                <w:sz w:val="18"/>
              </w:rPr>
              <w:t>________________________________</w:t>
            </w:r>
          </w:p>
        </w:tc>
        <w:tc>
          <w:tcPr>
            <w:tcW w:type="dxa" w:w="4824"/>
            <w:tcMar>
              <w:top w:w="20" w:type="dxa"/>
              <w:start w:w="40" w:type="dxa"/>
              <w:bottom w:w="20" w:type="dxa"/>
              <w:end w:w="80" w:type="dxa"/>
            </w:tcMar>
          </w:tcPr>
          <w:p>
            <w:pPr>
              <w:keepLines/>
              <w:spacing w:after="0"/>
            </w:pPr>
            <w:r>
              <w:rPr>
                <w:b/>
                <w:color w:val="174D3A"/>
                <w:sz w:val="15"/>
              </w:rPr>
              <w:t xml:space="preserve">OCCUPATION / PRINCIPAL INTEREST  </w:t>
            </w:r>
            <w:r>
              <w:rPr>
                <w:color w:val="5C655F"/>
                <w:sz w:val="18"/>
              </w:rPr>
              <w:t>________________________________</w:t>
            </w:r>
          </w:p>
        </w:tc>
      </w:tr>
      <w:tr>
        <w:tc>
          <w:tcPr>
            <w:tcW w:type="dxa" w:w="4824"/>
            <w:tcMar>
              <w:top w:w="20" w:type="dxa"/>
              <w:start w:w="40" w:type="dxa"/>
              <w:bottom w:w="20" w:type="dxa"/>
              <w:end w:w="80" w:type="dxa"/>
            </w:tcMar>
          </w:tcPr>
          <w:p>
            <w:pPr>
              <w:keepLines/>
              <w:spacing w:after="0"/>
            </w:pPr>
            <w:r>
              <w:rPr>
                <w:b/>
                <w:color w:val="174D3A"/>
                <w:sz w:val="15"/>
              </w:rPr>
              <w:t xml:space="preserve">PRINCIPAL ADDRESS  </w:t>
            </w:r>
            <w:r>
              <w:rPr>
                <w:color w:val="5C655F"/>
                <w:sz w:val="18"/>
              </w:rPr>
              <w:t>________________________________</w:t>
            </w:r>
          </w:p>
        </w:tc>
        <w:tc>
          <w:tcPr>
            <w:tcW w:type="dxa" w:w="4824"/>
            <w:tcMar>
              <w:top w:w="20" w:type="dxa"/>
              <w:start w:w="40" w:type="dxa"/>
              <w:bottom w:w="20" w:type="dxa"/>
              <w:end w:w="80" w:type="dxa"/>
            </w:tcMar>
          </w:tcPr>
          <w:p>
            <w:pPr>
              <w:keepLines/>
              <w:spacing w:after="0"/>
            </w:pPr>
            <w:r>
              <w:rPr>
                <w:b/>
                <w:color w:val="174D3A"/>
                <w:sz w:val="15"/>
              </w:rPr>
              <w:t xml:space="preserve">TELEPHONE  </w:t>
            </w:r>
            <w:r>
              <w:rPr>
                <w:color w:val="5C655F"/>
                <w:sz w:val="18"/>
              </w:rPr>
              <w:t>________________________________</w:t>
            </w:r>
          </w:p>
        </w:tc>
      </w:tr>
      <w:tr>
        <w:tc>
          <w:tcPr>
            <w:tcW w:type="dxa" w:w="4824"/>
            <w:tcMar>
              <w:top w:w="20" w:type="dxa"/>
              <w:start w:w="40" w:type="dxa"/>
              <w:bottom w:w="20" w:type="dxa"/>
              <w:end w:w="80" w:type="dxa"/>
            </w:tcMar>
          </w:tcPr>
          <w:p>
            <w:pPr>
              <w:keepLines/>
              <w:spacing w:after="0"/>
            </w:pPr>
            <w:r>
              <w:rPr>
                <w:b/>
                <w:color w:val="174D3A"/>
                <w:sz w:val="15"/>
              </w:rPr>
              <w:t xml:space="preserve">  </w:t>
            </w:r>
            <w:r>
              <w:rPr>
                <w:color w:val="5C655F"/>
                <w:sz w:val="18"/>
              </w:rPr>
              <w:t>________________________________</w:t>
            </w:r>
          </w:p>
        </w:tc>
        <w:tc>
          <w:tcPr>
            <w:tcW w:type="dxa" w:w="4824"/>
            <w:tcMar>
              <w:top w:w="20" w:type="dxa"/>
              <w:start w:w="40" w:type="dxa"/>
              <w:bottom w:w="20" w:type="dxa"/>
              <w:end w:w="80" w:type="dxa"/>
            </w:tcMar>
          </w:tcPr>
          <w:p>
            <w:pPr>
              <w:keepLines/>
              <w:spacing w:after="0"/>
            </w:pPr>
            <w:r>
              <w:rPr>
                <w:b/>
                <w:color w:val="174D3A"/>
                <w:sz w:val="15"/>
              </w:rPr>
              <w:t xml:space="preserve">EMAIL ADDRESS  </w:t>
            </w:r>
            <w:r>
              <w:rPr>
                <w:color w:val="5C655F"/>
                <w:sz w:val="18"/>
              </w:rPr>
              <w:t>________________________________</w:t>
            </w:r>
          </w:p>
        </w:tc>
      </w:tr>
      <w:tr>
        <w:tc>
          <w:tcPr>
            <w:tcW w:type="dxa" w:w="4824"/>
            <w:tcMar>
              <w:top w:w="20" w:type="dxa"/>
              <w:start w:w="40" w:type="dxa"/>
              <w:bottom w:w="20" w:type="dxa"/>
              <w:end w:w="80" w:type="dxa"/>
            </w:tcMar>
          </w:tcPr>
          <w:p>
            <w:pPr>
              <w:keepLines/>
              <w:spacing w:after="0"/>
            </w:pPr>
            <w:r>
              <w:rPr>
                <w:b/>
                <w:color w:val="174D3A"/>
                <w:sz w:val="15"/>
              </w:rPr>
              <w:t xml:space="preserve">EMPLOYER / BUSINESS, IF RELEVANT  </w:t>
            </w:r>
            <w:r>
              <w:rPr>
                <w:color w:val="5C655F"/>
                <w:sz w:val="18"/>
              </w:rPr>
              <w:t>________________________________</w:t>
            </w:r>
          </w:p>
        </w:tc>
        <w:tc>
          <w:tcPr>
            <w:tcW w:type="dxa" w:w="4824"/>
            <w:tcMar>
              <w:top w:w="20" w:type="dxa"/>
              <w:start w:w="40" w:type="dxa"/>
              <w:bottom w:w="20" w:type="dxa"/>
              <w:end w:w="80" w:type="dxa"/>
            </w:tcMar>
          </w:tcPr>
          <w:p>
            <w:pPr>
              <w:keepLines/>
              <w:spacing w:after="0"/>
            </w:pPr>
            <w:r>
              <w:rPr>
                <w:b/>
                <w:color w:val="174D3A"/>
                <w:sz w:val="15"/>
              </w:rPr>
              <w:t xml:space="preserve">ADDRESS OR WEBSITE, IF RELEVANT  </w:t>
            </w:r>
            <w:r>
              <w:rPr>
                <w:color w:val="5C655F"/>
                <w:sz w:val="18"/>
              </w:rPr>
              <w:t>________________________________</w:t>
            </w:r>
          </w:p>
        </w:tc>
      </w:tr>
      <w:tr>
        <w:tc>
          <w:tcPr>
            <w:tcW w:type="dxa" w:w="4824"/>
            <w:tcMar>
              <w:top w:w="20" w:type="dxa"/>
              <w:start w:w="40" w:type="dxa"/>
              <w:bottom w:w="20" w:type="dxa"/>
              <w:end w:w="80" w:type="dxa"/>
            </w:tcMar>
          </w:tcPr>
          <w:p>
            <w:pPr>
              <w:keepLines/>
              <w:spacing w:after="0"/>
            </w:pPr>
            <w:r>
              <w:rPr>
                <w:b/>
                <w:color w:val="174D3A"/>
                <w:sz w:val="15"/>
              </w:rPr>
              <w:t xml:space="preserve">ADDRESS FOR CLUB NOTICES, IF DIFFERENT  </w:t>
            </w:r>
            <w:r>
              <w:rPr>
                <w:color w:val="5C655F"/>
                <w:sz w:val="18"/>
              </w:rPr>
              <w:t>________________________________</w:t>
            </w:r>
          </w:p>
        </w:tc>
        <w:tc>
          <w:tcPr>
            <w:tcW w:type="dxa" w:w="4824"/>
            <w:tcMar>
              <w:top w:w="20" w:type="dxa"/>
              <w:start w:w="40" w:type="dxa"/>
              <w:bottom w:w="20" w:type="dxa"/>
              <w:end w:w="80" w:type="dxa"/>
            </w:tcMar>
          </w:tcPr>
          <w:p>
            <w:pPr>
              <w:keepLines/>
              <w:spacing w:after="0"/>
            </w:pPr>
            <w:r>
              <w:rPr>
                <w:b/>
                <w:color w:val="174D3A"/>
                <w:sz w:val="15"/>
              </w:rPr>
              <w:t xml:space="preserve">  </w:t>
            </w:r>
            <w:r>
              <w:rPr>
                <w:color w:val="5C655F"/>
                <w:sz w:val="18"/>
              </w:rPr>
              <w:t>________________________________</w:t>
            </w:r>
          </w:p>
        </w:tc>
      </w:tr>
    </w:tbl>
    <w:p>
      <w:pPr>
        <w:keepLines/>
        <w:spacing w:after="0"/>
      </w:pPr>
      <w:r>
        <w:rPr>
          <w:b/>
          <w:color w:val="174D3A"/>
          <w:sz w:val="16"/>
        </w:rPr>
        <w:t xml:space="preserve">OTHER CLUBS AND ASSOCIATIONS (WITH MEMBERSHIP STATUS, IF RELEVANT)  </w:t>
      </w:r>
      <w:r>
        <w:rPr>
          <w:color w:val="5C655F"/>
          <w:sz w:val="18"/>
        </w:rPr>
        <w:t>________________________________________________________________________________________</w:t>
      </w:r>
    </w:p>
    <w:p>
      <w:pPr>
        <w:keepLines/>
        <w:spacing w:after="0"/>
      </w:pPr>
      <w:r>
        <w:rPr>
          <w:b/>
          <w:color w:val="174D3A"/>
          <w:sz w:val="16"/>
        </w:rPr>
        <w:t xml:space="preserve">ANY CLUB RESIGNATION, SUSPENSION OR EXPULSION AND CIRCUMSTANCES (IF APPLICABLE)  </w:t>
      </w:r>
      <w:r>
        <w:rPr>
          <w:color w:val="5C655F"/>
          <w:sz w:val="18"/>
        </w:rPr>
        <w:t>________________________________________________________________________________________</w:t>
      </w:r>
    </w:p>
    <w:p>
      <w:pPr>
        <w:keepLines/>
        <w:spacing w:after="0"/>
      </w:pPr>
      <w:r>
        <w:rPr>
          <w:b/>
          <w:color w:val="174D3A"/>
          <w:sz w:val="16"/>
        </w:rPr>
        <w:t xml:space="preserve">INTERESTS OR CONNECTION WITH THE CLUB’S OBJECTS  </w:t>
      </w:r>
      <w:r>
        <w:rPr>
          <w:color w:val="5C655F"/>
          <w:sz w:val="18"/>
        </w:rPr>
        <w:t>________________________________________________________________________________________</w:t>
      </w:r>
    </w:p>
    <w:p>
      <w:r>
        <w:br w:type="page"/>
      </w:r>
    </w:p>
    <w:p>
      <w:pPr>
        <w:spacing w:after="40"/>
        <w:jc w:val="center"/>
      </w:pPr>
      <w:r>
        <w:rPr>
          <w:rFonts w:ascii="Garamond" w:hAnsi="Garamond"/>
          <w:b/>
          <w:color w:val="174D3A"/>
          <w:sz w:val="40"/>
        </w:rPr>
        <w:t>Proposal and Undertaking</w:t>
      </w:r>
    </w:p>
    <w:p>
      <w:pPr>
        <w:spacing w:after="160"/>
        <w:jc w:val="center"/>
      </w:pPr>
      <w:r>
        <w:rPr>
          <w:i/>
          <w:color w:val="5C655F"/>
          <w:sz w:val="18"/>
        </w:rPr>
        <w:t>Please return this form in confidence to the Secretary. The proposer and seconder should know the candidate personally and be willing to answer candidly if asked.</w:t>
      </w:r>
    </w:p>
    <w:p>
      <w:pPr>
        <w:keepNext/>
        <w:spacing w:before="80" w:after="60"/>
        <w:pBdr>
          <w:bottom w:val="single" w:sz="6" w:space="2" w:color="174D3A"/>
        </w:pBdr>
      </w:pPr>
      <w:r>
        <w:rPr>
          <w:rFonts w:ascii="Garamond" w:hAnsi="Garamond"/>
          <w:b/>
          <w:color w:val="174D3A"/>
          <w:sz w:val="22"/>
        </w:rPr>
        <w:t>PROPOSER</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824"/>
        <w:gridCol w:w="4824"/>
      </w:tblGrid>
      <w:tr>
        <w:tc>
          <w:tcPr>
            <w:tcW w:type="dxa" w:w="4824"/>
            <w:tcMar>
              <w:top w:w="20" w:type="dxa"/>
              <w:start w:w="40" w:type="dxa"/>
              <w:bottom w:w="20" w:type="dxa"/>
              <w:end w:w="80" w:type="dxa"/>
            </w:tcMar>
          </w:tcPr>
          <w:p>
            <w:pPr>
              <w:keepLines/>
              <w:spacing w:after="0"/>
            </w:pPr>
            <w:r>
              <w:rPr>
                <w:b/>
                <w:color w:val="174D3A"/>
                <w:sz w:val="15"/>
              </w:rPr>
              <w:t xml:space="preserve">FULL NAME  </w:t>
            </w:r>
            <w:r>
              <w:rPr>
                <w:color w:val="5C655F"/>
                <w:sz w:val="18"/>
              </w:rPr>
              <w:t>________________________________</w:t>
            </w:r>
          </w:p>
        </w:tc>
        <w:tc>
          <w:tcPr>
            <w:tcW w:type="dxa" w:w="4824"/>
            <w:tcMar>
              <w:top w:w="20" w:type="dxa"/>
              <w:start w:w="40" w:type="dxa"/>
              <w:bottom w:w="20" w:type="dxa"/>
              <w:end w:w="80" w:type="dxa"/>
            </w:tcMar>
          </w:tcPr>
          <w:p>
            <w:pPr>
              <w:keepLines/>
              <w:spacing w:after="0"/>
            </w:pPr>
            <w:r>
              <w:rPr>
                <w:b/>
                <w:color w:val="174D3A"/>
                <w:sz w:val="15"/>
              </w:rPr>
              <w:t xml:space="preserve">MEMBERSHIP NUMBER  </w:t>
            </w:r>
            <w:r>
              <w:rPr>
                <w:color w:val="5C655F"/>
                <w:sz w:val="18"/>
              </w:rPr>
              <w:t>________________________________</w:t>
            </w:r>
          </w:p>
        </w:tc>
      </w:tr>
    </w:tbl>
    <w:p>
      <w:pPr>
        <w:keepLines/>
        <w:spacing w:after="0"/>
      </w:pPr>
      <w:r>
        <w:rPr>
          <w:b/>
          <w:color w:val="174D3A"/>
          <w:sz w:val="16"/>
        </w:rPr>
        <w:t xml:space="preserve">PROPOSER’S STATEMENT  </w:t>
      </w:r>
      <w:r>
        <w:rPr>
          <w:color w:val="5C655F"/>
          <w:sz w:val="18"/>
        </w:rPr>
        <w:t>________________________________________________________________________________________</w:t>
      </w:r>
    </w:p>
    <w:p>
      <w:pPr>
        <w:spacing w:after="40"/>
      </w:pPr>
      <w:r>
        <w:rPr>
          <w:sz w:val="18"/>
        </w:rPr>
        <w:t>I know the candidate personally and believe the candidate suitable for the Club. I am willing, if asked, to speak candidly with the Secretary or Committee. I have explained that proposal is confidential and does not assure election.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824"/>
        <w:gridCol w:w="4824"/>
      </w:tblGrid>
      <w:tr>
        <w:tc>
          <w:tcPr>
            <w:tcW w:type="dxa" w:w="4824"/>
            <w:tcMar>
              <w:top w:w="20" w:type="dxa"/>
              <w:start w:w="40" w:type="dxa"/>
              <w:bottom w:w="20" w:type="dxa"/>
              <w:end w:w="80" w:type="dxa"/>
            </w:tcMar>
          </w:tcPr>
          <w:p>
            <w:pPr>
              <w:keepLines/>
              <w:spacing w:after="0"/>
            </w:pPr>
            <w:r>
              <w:rPr>
                <w:b/>
                <w:color w:val="174D3A"/>
                <w:sz w:val="15"/>
              </w:rPr>
              <w:t xml:space="preserve">SIGNATURE  </w:t>
            </w:r>
            <w:r>
              <w:rPr>
                <w:color w:val="5C655F"/>
                <w:sz w:val="18"/>
              </w:rPr>
              <w:t>________________________________</w:t>
            </w:r>
          </w:p>
        </w:tc>
        <w:tc>
          <w:tcPr>
            <w:tcW w:type="dxa" w:w="4824"/>
            <w:tcMar>
              <w:top w:w="20" w:type="dxa"/>
              <w:start w:w="40" w:type="dxa"/>
              <w:bottom w:w="20" w:type="dxa"/>
              <w:end w:w="80" w:type="dxa"/>
            </w:tcMar>
          </w:tcPr>
          <w:p>
            <w:pPr>
              <w:keepLines/>
              <w:spacing w:after="0"/>
            </w:pPr>
            <w:r>
              <w:rPr>
                <w:b/>
                <w:color w:val="174D3A"/>
                <w:sz w:val="15"/>
              </w:rPr>
              <w:t xml:space="preserve">DATE  </w:t>
            </w:r>
            <w:r>
              <w:rPr>
                <w:color w:val="5C655F"/>
                <w:sz w:val="18"/>
              </w:rPr>
              <w:t>________________________________</w:t>
            </w:r>
          </w:p>
        </w:tc>
      </w:tr>
    </w:tbl>
    <w:p>
      <w:pPr>
        <w:keepNext/>
        <w:spacing w:before="80" w:after="60"/>
        <w:pBdr>
          <w:bottom w:val="single" w:sz="6" w:space="2" w:color="174D3A"/>
        </w:pBdr>
      </w:pPr>
      <w:r>
        <w:rPr>
          <w:rFonts w:ascii="Garamond" w:hAnsi="Garamond"/>
          <w:b/>
          <w:color w:val="174D3A"/>
          <w:sz w:val="22"/>
        </w:rPr>
        <w:t>SECONDER</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824"/>
        <w:gridCol w:w="4824"/>
      </w:tblGrid>
      <w:tr>
        <w:tc>
          <w:tcPr>
            <w:tcW w:type="dxa" w:w="4824"/>
            <w:tcMar>
              <w:top w:w="20" w:type="dxa"/>
              <w:start w:w="40" w:type="dxa"/>
              <w:bottom w:w="20" w:type="dxa"/>
              <w:end w:w="80" w:type="dxa"/>
            </w:tcMar>
          </w:tcPr>
          <w:p>
            <w:pPr>
              <w:keepLines/>
              <w:spacing w:after="0"/>
            </w:pPr>
            <w:r>
              <w:rPr>
                <w:b/>
                <w:color w:val="174D3A"/>
                <w:sz w:val="15"/>
              </w:rPr>
              <w:t xml:space="preserve">FULL NAME  </w:t>
            </w:r>
            <w:r>
              <w:rPr>
                <w:color w:val="5C655F"/>
                <w:sz w:val="18"/>
              </w:rPr>
              <w:t>________________________________</w:t>
            </w:r>
          </w:p>
        </w:tc>
        <w:tc>
          <w:tcPr>
            <w:tcW w:type="dxa" w:w="4824"/>
            <w:tcMar>
              <w:top w:w="20" w:type="dxa"/>
              <w:start w:w="40" w:type="dxa"/>
              <w:bottom w:w="20" w:type="dxa"/>
              <w:end w:w="80" w:type="dxa"/>
            </w:tcMar>
          </w:tcPr>
          <w:p>
            <w:pPr>
              <w:keepLines/>
              <w:spacing w:after="0"/>
            </w:pPr>
            <w:r>
              <w:rPr>
                <w:b/>
                <w:color w:val="174D3A"/>
                <w:sz w:val="15"/>
              </w:rPr>
              <w:t xml:space="preserve">MEMBERSHIP NUMBER  </w:t>
            </w:r>
            <w:r>
              <w:rPr>
                <w:color w:val="5C655F"/>
                <w:sz w:val="18"/>
              </w:rPr>
              <w:t>________________________________</w:t>
            </w:r>
          </w:p>
        </w:tc>
      </w:tr>
    </w:tbl>
    <w:p>
      <w:pPr>
        <w:keepLines/>
        <w:spacing w:after="0"/>
      </w:pPr>
      <w:r>
        <w:rPr>
          <w:b/>
          <w:color w:val="174D3A"/>
          <w:sz w:val="16"/>
        </w:rPr>
        <w:t xml:space="preserve">SECONDER’S STATEMENT  </w:t>
      </w:r>
      <w:r>
        <w:rPr>
          <w:color w:val="5C655F"/>
          <w:sz w:val="18"/>
        </w:rPr>
        <w:t>________________________________________________________________________________________</w:t>
      </w:r>
    </w:p>
    <w:p>
      <w:pPr>
        <w:spacing w:after="40"/>
      </w:pPr>
      <w:r>
        <w:rPr>
          <w:sz w:val="18"/>
        </w:rPr>
        <w:t>I know the candidate personally and believe the candidate suitable for the Club. I am willing, if asked, to speak candidly with the Secretary or Committee. I have explained that proposal is confidential and does not assure election.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824"/>
        <w:gridCol w:w="4824"/>
      </w:tblGrid>
      <w:tr>
        <w:tc>
          <w:tcPr>
            <w:tcW w:type="dxa" w:w="4824"/>
            <w:tcMar>
              <w:top w:w="20" w:type="dxa"/>
              <w:start w:w="40" w:type="dxa"/>
              <w:bottom w:w="20" w:type="dxa"/>
              <w:end w:w="80" w:type="dxa"/>
            </w:tcMar>
          </w:tcPr>
          <w:p>
            <w:pPr>
              <w:keepLines/>
              <w:spacing w:after="0"/>
            </w:pPr>
            <w:r>
              <w:rPr>
                <w:b/>
                <w:color w:val="174D3A"/>
                <w:sz w:val="15"/>
              </w:rPr>
              <w:t xml:space="preserve">SIGNATURE  </w:t>
            </w:r>
            <w:r>
              <w:rPr>
                <w:color w:val="5C655F"/>
                <w:sz w:val="18"/>
              </w:rPr>
              <w:t>________________________________</w:t>
            </w:r>
          </w:p>
        </w:tc>
        <w:tc>
          <w:tcPr>
            <w:tcW w:type="dxa" w:w="4824"/>
            <w:tcMar>
              <w:top w:w="20" w:type="dxa"/>
              <w:start w:w="40" w:type="dxa"/>
              <w:bottom w:w="20" w:type="dxa"/>
              <w:end w:w="80" w:type="dxa"/>
            </w:tcMar>
          </w:tcPr>
          <w:p>
            <w:pPr>
              <w:keepLines/>
              <w:spacing w:after="0"/>
            </w:pPr>
            <w:r>
              <w:rPr>
                <w:b/>
                <w:color w:val="174D3A"/>
                <w:sz w:val="15"/>
              </w:rPr>
              <w:t xml:space="preserve">DATE  </w:t>
            </w:r>
            <w:r>
              <w:rPr>
                <w:color w:val="5C655F"/>
                <w:sz w:val="18"/>
              </w:rPr>
              <w:t>________________________________</w:t>
            </w:r>
          </w:p>
        </w:tc>
      </w:tr>
    </w:tbl>
    <w:p>
      <w:pPr>
        <w:keepNext/>
        <w:spacing w:before="80" w:after="60"/>
        <w:pBdr>
          <w:bottom w:val="single" w:sz="6" w:space="2" w:color="174D3A"/>
        </w:pBdr>
      </w:pPr>
      <w:r>
        <w:rPr>
          <w:rFonts w:ascii="Garamond" w:hAnsi="Garamond"/>
          <w:b/>
          <w:color w:val="174D3A"/>
          <w:sz w:val="22"/>
        </w:rPr>
        <w:t>CANDIDATE’S UNDERTAKING</w:t>
      </w:r>
    </w:p>
    <w:p>
      <w:pPr>
        <w:spacing w:after="80"/>
      </w:pPr>
      <w:r>
        <w:rPr>
          <w:sz w:val="18"/>
        </w:rPr>
        <w:t>I desire to become a member of The St Eustace Club. If elected, I undertake to observe the Rules and By-laws for the time being in force, to pay the entrance fee, subscription and charges properly due, and to respect the privacy, property and good name of the Club, Buittle Castle and those received there. I understand that the Club is proprietary; that election is personal and confers no share in its ownership or management; and that facilities and reciprocal arrangements may change from time to time.</w:t>
      </w:r>
    </w:p>
    <w:tbl>
      <w:tblPr>
        <w:tblW w:type="auto" w:w="0"/>
        <w:jc w:val="center"/>
        <w:tblLook w:firstColumn="1" w:firstRow="1" w:lastColumn="0" w:lastRow="0" w:noHBand="0" w:noVBand="1" w:val="04A0"/>
        <w:tblBorders>
          <w:top w:val="single" w:sz="6" w:color="174D3A"/>
          <w:left w:val="single" w:sz="6" w:color="174D3A"/>
          <w:bottom w:val="single" w:sz="6" w:color="174D3A"/>
          <w:right w:val="single" w:sz="6" w:color="174D3A"/>
          <w:insideH w:val="single" w:sz="6" w:color="174D3A"/>
          <w:insideV w:val="single" w:sz="6" w:color="174D3A"/>
        </w:tblBorders>
      </w:tblPr>
      <w:tblGrid>
        <w:gridCol w:w="10282"/>
      </w:tblGrid>
      <w:tr>
        <w:tc>
          <w:tcPr>
            <w:tcW w:type="dxa" w:w="10282"/>
            <w:shd w:fill="EAF0EB"/>
            <w:tcMar>
              <w:top w:w="75" w:type="dxa"/>
              <w:start w:w="120" w:type="dxa"/>
              <w:bottom w:w="75" w:type="dxa"/>
              <w:end w:w="120" w:type="dxa"/>
            </w:tcMar>
          </w:tcPr>
          <w:p>
            <w:pPr>
              <w:spacing w:after="0" w:before="0"/>
            </w:pPr>
            <w:r/>
            <w:r>
              <w:rPr>
                <w:rFonts w:ascii="Garamond" w:hAnsi="Garamond"/>
                <w:b w:val="0"/>
                <w:color w:val="202821"/>
                <w:sz w:val="16"/>
              </w:rPr>
              <w:t>HOUSE COMMITTEE ACQUAINTANCE  ·  Candidates are expected to contact at least one House Committee member to arrange a convenient luncheon or dinner invitation. This is an occasion for acquaintance, not an examination or promise of election.</w:t>
              <w:br/>
              <w:t>Committee member contacted: ______________________________   Date / proposed occasion: ______________________________</w:t>
            </w:r>
          </w:p>
        </w:tc>
      </w:tr>
    </w:tbl>
    <w:p>
      <w:pPr>
        <w:spacing w:before="80" w:after="40"/>
      </w:pPr>
      <w:r>
        <w:rPr>
          <w:b/>
          <w:color w:val="174D3A"/>
          <w:sz w:val="16"/>
        </w:rPr>
        <w:t>PRIVACY NOTICE</w:t>
      </w:r>
      <w:r>
        <w:rPr>
          <w:sz w:val="16"/>
        </w:rPr>
        <w:t xml:space="preserve">  I acknowledge receipt of, or access to, the Club’s privacy notice and understand that the information on this form will be handled for the consideration of my application and, if elected, the administration of membership in accordance with that notice and applicable law.</w:t>
      </w:r>
    </w:p>
    <w:p>
      <w:pPr>
        <w:spacing w:after="20"/>
      </w:pPr>
      <w:r>
        <w:rPr>
          <w:sz w:val="18"/>
        </w:rPr>
        <w:t>Candidate signature: ______________________________________________    Date: __________________</w:t>
      </w:r>
    </w:p>
    <w:p>
      <w:pPr>
        <w:keepNext/>
        <w:spacing w:before="80" w:after="60"/>
        <w:pBdr>
          <w:bottom w:val="single" w:sz="6" w:space="2" w:color="174D3A"/>
        </w:pBdr>
      </w:pPr>
      <w:r>
        <w:rPr>
          <w:rFonts w:ascii="Garamond" w:hAnsi="Garamond"/>
          <w:b/>
          <w:color w:val="174D3A"/>
          <w:sz w:val="22"/>
        </w:rPr>
        <w:t>FOR THE SECRETARY AND CLUB</w:t>
      </w:r>
    </w:p>
    <w:tbl>
      <w:tblPr>
        <w:tblW w:type="auto" w:w="0"/>
        <w:jc w:val="center"/>
        <w:tblLayout w:type="fixed"/>
        <w:tblLook w:firstColumn="1" w:firstRow="1" w:lastColumn="0" w:lastRow="0" w:noHBand="0" w:noVBand="1" w:val="04A0"/>
        <w:tblBorders>
          <w:top w:val="single" w:sz="4" w:color="8B9B8F"/>
          <w:left w:val="single" w:sz="4" w:color="8B9B8F"/>
          <w:bottom w:val="single" w:sz="4" w:color="8B9B8F"/>
          <w:right w:val="single" w:sz="4" w:color="8B9B8F"/>
          <w:insideH w:val="single" w:sz="4" w:color="8B9B8F"/>
          <w:insideV w:val="single" w:sz="4" w:color="8B9B8F"/>
        </w:tblBorders>
      </w:tblPr>
      <w:tblGrid>
        <w:gridCol w:w="4824"/>
        <w:gridCol w:w="4824"/>
      </w:tblGrid>
      <w:tr>
        <w:tc>
          <w:tcPr>
            <w:tcW w:type="dxa" w:w="4824"/>
            <w:tcMar>
              <w:top w:w="28" w:type="dxa"/>
              <w:start w:w="70" w:type="dxa"/>
              <w:bottom w:w="28" w:type="dxa"/>
              <w:end w:w="70" w:type="dxa"/>
            </w:tcMar>
            <w:vAlign w:val="center"/>
          </w:tcPr>
          <w:p>
            <w:pPr>
              <w:spacing w:after="0" w:before="0"/>
            </w:pPr>
            <w:r/>
            <w:r>
              <w:rPr>
                <w:rFonts w:ascii="Garamond" w:hAnsi="Garamond"/>
                <w:b/>
                <w:color w:val="174D3A"/>
                <w:sz w:val="14"/>
              </w:rPr>
              <w:t>RECEIVED ON</w:t>
              <w:br/>
              <w:t>________________________________________</w:t>
            </w:r>
          </w:p>
        </w:tc>
        <w:tc>
          <w:tcPr>
            <w:tcW w:type="dxa" w:w="4824"/>
            <w:tcMar>
              <w:top w:w="28" w:type="dxa"/>
              <w:start w:w="70" w:type="dxa"/>
              <w:bottom w:w="28" w:type="dxa"/>
              <w:end w:w="70" w:type="dxa"/>
            </w:tcMar>
            <w:vAlign w:val="center"/>
          </w:tcPr>
          <w:p>
            <w:pPr>
              <w:spacing w:after="0" w:before="0"/>
            </w:pPr>
            <w:r/>
            <w:r>
              <w:rPr>
                <w:rFonts w:ascii="Garamond" w:hAnsi="Garamond"/>
                <w:b/>
                <w:color w:val="174D3A"/>
                <w:sz w:val="14"/>
              </w:rPr>
              <w:t>CLASS AND ELIGIBILITY CHECKED</w:t>
              <w:br/>
              <w:t>________________________________________</w:t>
            </w:r>
          </w:p>
        </w:tc>
      </w:tr>
      <w:tr>
        <w:tc>
          <w:tcPr>
            <w:tcW w:type="dxa" w:w="4824"/>
            <w:tcMar>
              <w:top w:w="28" w:type="dxa"/>
              <w:start w:w="70" w:type="dxa"/>
              <w:bottom w:w="28" w:type="dxa"/>
              <w:end w:w="70" w:type="dxa"/>
            </w:tcMar>
            <w:vAlign w:val="center"/>
          </w:tcPr>
          <w:p>
            <w:pPr>
              <w:spacing w:after="0" w:before="0"/>
            </w:pPr>
            <w:r/>
            <w:r>
              <w:rPr>
                <w:rFonts w:ascii="Garamond" w:hAnsi="Garamond"/>
                <w:b/>
                <w:color w:val="174D3A"/>
                <w:sz w:val="14"/>
              </w:rPr>
              <w:t>COMMITTEE ADVICE / DATE</w:t>
              <w:br/>
              <w:t>________________________________________</w:t>
            </w:r>
          </w:p>
        </w:tc>
        <w:tc>
          <w:tcPr>
            <w:tcW w:type="dxa" w:w="4824"/>
            <w:tcMar>
              <w:top w:w="28" w:type="dxa"/>
              <w:start w:w="70" w:type="dxa"/>
              <w:bottom w:w="28" w:type="dxa"/>
              <w:end w:w="70" w:type="dxa"/>
            </w:tcMar>
            <w:vAlign w:val="center"/>
          </w:tcPr>
          <w:p>
            <w:pPr>
              <w:spacing w:after="0" w:before="0"/>
            </w:pPr>
            <w:r/>
            <w:r>
              <w:rPr>
                <w:rFonts w:ascii="Garamond" w:hAnsi="Garamond"/>
                <w:b/>
                <w:color w:val="174D3A"/>
                <w:sz w:val="14"/>
              </w:rPr>
              <w:t>PROPRIETOR’S DECISION / DATE</w:t>
              <w:br/>
              <w:t>________________________________________</w:t>
            </w:r>
          </w:p>
        </w:tc>
      </w:tr>
      <w:tr>
        <w:tc>
          <w:tcPr>
            <w:tcW w:type="dxa" w:w="4824"/>
            <w:tcMar>
              <w:top w:w="28" w:type="dxa"/>
              <w:start w:w="70" w:type="dxa"/>
              <w:bottom w:w="28" w:type="dxa"/>
              <w:end w:w="70" w:type="dxa"/>
            </w:tcMar>
            <w:vAlign w:val="center"/>
          </w:tcPr>
          <w:p>
            <w:pPr>
              <w:spacing w:after="0" w:before="0"/>
            </w:pPr>
            <w:r/>
            <w:r>
              <w:rPr>
                <w:rFonts w:ascii="Garamond" w:hAnsi="Garamond"/>
                <w:b/>
                <w:color w:val="174D3A"/>
                <w:sz w:val="14"/>
              </w:rPr>
              <w:t>ENTRANCE FEE NOTIFIED</w:t>
              <w:br/>
              <w:t>________________________________________</w:t>
            </w:r>
          </w:p>
        </w:tc>
        <w:tc>
          <w:tcPr>
            <w:tcW w:type="dxa" w:w="4824"/>
            <w:tcMar>
              <w:top w:w="28" w:type="dxa"/>
              <w:start w:w="70" w:type="dxa"/>
              <w:bottom w:w="28" w:type="dxa"/>
              <w:end w:w="70" w:type="dxa"/>
            </w:tcMar>
            <w:vAlign w:val="center"/>
          </w:tcPr>
          <w:p>
            <w:pPr>
              <w:spacing w:after="0" w:before="0"/>
            </w:pPr>
            <w:r/>
            <w:r>
              <w:rPr>
                <w:rFonts w:ascii="Garamond" w:hAnsi="Garamond"/>
                <w:b/>
                <w:color w:val="174D3A"/>
                <w:sz w:val="14"/>
              </w:rPr>
              <w:t>SUBSCRIPTION NOTIFIED</w:t>
              <w:br/>
              <w:t>________________________________________</w:t>
            </w:r>
          </w:p>
        </w:tc>
      </w:tr>
      <w:tr>
        <w:tc>
          <w:tcPr>
            <w:tcW w:type="dxa" w:w="4824"/>
            <w:tcMar>
              <w:top w:w="28" w:type="dxa"/>
              <w:start w:w="70" w:type="dxa"/>
              <w:bottom w:w="28" w:type="dxa"/>
              <w:end w:w="70" w:type="dxa"/>
            </w:tcMar>
            <w:vAlign w:val="center"/>
          </w:tcPr>
          <w:p>
            <w:pPr>
              <w:spacing w:after="0" w:before="0"/>
            </w:pPr>
            <w:r/>
            <w:r>
              <w:rPr>
                <w:rFonts w:ascii="Garamond" w:hAnsi="Garamond"/>
                <w:b/>
                <w:color w:val="174D3A"/>
                <w:sz w:val="14"/>
              </w:rPr>
              <w:t>MEMBERSHIP EFFECTIVE FROM</w:t>
              <w:br/>
              <w:t>________________________________________</w:t>
            </w:r>
          </w:p>
        </w:tc>
        <w:tc>
          <w:tcPr>
            <w:tcW w:type="dxa" w:w="4824"/>
            <w:tcMar>
              <w:top w:w="28" w:type="dxa"/>
              <w:start w:w="70" w:type="dxa"/>
              <w:bottom w:w="28" w:type="dxa"/>
              <w:end w:w="70" w:type="dxa"/>
            </w:tcMar>
            <w:vAlign w:val="center"/>
          </w:tcPr>
          <w:p>
            <w:pPr>
              <w:spacing w:after="0" w:before="0"/>
            </w:pPr>
            <w:r/>
            <w:r>
              <w:rPr>
                <w:rFonts w:ascii="Garamond" w:hAnsi="Garamond"/>
                <w:b/>
                <w:color w:val="174D3A"/>
                <w:sz w:val="14"/>
              </w:rPr>
              <w:t>MEMBERSHIP NUMBER / CARD ISSUED</w:t>
              <w:br/>
              <w:t>________________________________________</w:t>
            </w:r>
          </w:p>
        </w:tc>
      </w:tr>
      <w:tr>
        <w:tc>
          <w:tcPr>
            <w:tcW w:type="dxa" w:w="4824"/>
            <w:tcMar>
              <w:top w:w="28" w:type="dxa"/>
              <w:start w:w="70" w:type="dxa"/>
              <w:bottom w:w="28" w:type="dxa"/>
              <w:end w:w="70" w:type="dxa"/>
            </w:tcMar>
            <w:vAlign w:val="center"/>
          </w:tcPr>
          <w:p>
            <w:pPr>
              <w:spacing w:after="0" w:before="0"/>
            </w:pPr>
            <w:r/>
            <w:r>
              <w:rPr>
                <w:rFonts w:ascii="Garamond" w:hAnsi="Garamond"/>
                <w:b/>
                <w:color w:val="174D3A"/>
                <w:sz w:val="14"/>
              </w:rPr>
              <w:t>NOTES</w:t>
              <w:br/>
              <w:t>________________________________________</w:t>
            </w:r>
          </w:p>
        </w:tc>
        <w:tc>
          <w:tcPr>
            <w:tcW w:type="dxa" w:w="4824"/>
            <w:tcMar>
              <w:top w:w="28" w:type="dxa"/>
              <w:start w:w="70" w:type="dxa"/>
              <w:bottom w:w="28" w:type="dxa"/>
              <w:end w:w="70" w:type="dxa"/>
            </w:tcMar>
            <w:vAlign w:val="center"/>
          </w:tcPr>
          <w:p>
            <w:pPr>
              <w:spacing w:after="0" w:before="0"/>
            </w:pPr>
            <w:r/>
            <w:r>
              <w:rPr>
                <w:rFonts w:ascii="Garamond" w:hAnsi="Garamond"/>
                <w:b/>
                <w:color w:val="174D3A"/>
                <w:sz w:val="14"/>
              </w:rPr>
              <w:br/>
              <w:t>________________________________________</w:t>
            </w:r>
          </w:p>
        </w:tc>
      </w:tr>
    </w:tbl>
    <w:sectPr w:rsidR="00FC693F" w:rsidRPr="0006063C" w:rsidSect="00034616">
      <w:headerReference w:type="default" r:id="rId9"/>
      <w:footerReference w:type="default" r:id="rId10"/>
      <w:pgSz w:w="12240" w:h="15840"/>
      <w:pgMar w:top="576" w:right="979" w:bottom="576" w:left="979"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color w:val="174D3A"/>
        <w:sz w:val="16"/>
      </w:rPr>
      <w:t>REVIRESCO UT FLOREAM   ·   PRIVATE APPLICATION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Garamond" w:hAnsi="Garamond"/>
        <w:b/>
        <w:color w:val="174D3A"/>
        <w:sz w:val="16"/>
      </w:rPr>
      <w:t>THE ST EUSTACE CLUB  ·  KIRKCUDBRIGHTSHIRE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Garamond" w:hAnsi="Garamond" w:eastAsia="Garamond"/>
      <w:color w:val="20282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eastAsia="Garamond"/>
      <w:b/>
      <w:bCs/>
      <w:color w:val="174D3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aramond" w:hAnsi="Garamond" w:eastAsia="Garamond"/>
      <w:b/>
      <w:bCs/>
      <w:color w:val="174D3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eastAsia="Garamond"/>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 Eustace Club Application for Membership</dc:title>
  <dc:subject>Candidate application form adapted to the Club Rules and By-laws</dc:subject>
  <dc:creator>The St Eustace Club</dc:creator>
  <cp:keywords>membership application, St Eustace Club, Buittle Castle</cp:keywords>
  <dc:description>generated by python-docx</dc:description>
  <cp:lastModifiedBy/>
  <cp:revision>1</cp:revision>
  <dcterms:created xsi:type="dcterms:W3CDTF">2013-12-23T23:15:00Z</dcterms:created>
  <dcterms:modified xsi:type="dcterms:W3CDTF">2013-12-23T23:15:00Z</dcterms:modified>
  <cp:category/>
</cp:coreProperties>
</file>